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B67CE" w14:textId="5C6893A2" w:rsidR="00CC2CE0" w:rsidRPr="00133F23" w:rsidRDefault="00EB4B86" w:rsidP="00133F23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b/>
          <w:sz w:val="24"/>
          <w:szCs w:val="24"/>
          <w:lang w:val="pl-PL"/>
        </w:rPr>
        <w:t>Wniosek o wydanie zaświadczenia PUP/UP</w:t>
      </w:r>
    </w:p>
    <w:p w14:paraId="21A51322" w14:textId="77777777" w:rsidR="00133F23" w:rsidRPr="00133F23" w:rsidRDefault="00133F23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2F3B6F42" w14:textId="48D83687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</w:t>
      </w:r>
    </w:p>
    <w:p w14:paraId="1627F877" w14:textId="29B0AE50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</w:t>
      </w:r>
    </w:p>
    <w:p w14:paraId="1673BDA2" w14:textId="7A1C0D20" w:rsidR="00CC2CE0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</w:t>
      </w:r>
    </w:p>
    <w:p w14:paraId="22EE12A3" w14:textId="141E55E5" w:rsidR="00EB4B86" w:rsidRPr="00FA246C" w:rsidRDefault="00EB4B86" w:rsidP="00133F23">
      <w:pPr>
        <w:jc w:val="both"/>
        <w:rPr>
          <w:rFonts w:asciiTheme="majorHAnsi" w:hAnsiTheme="majorHAnsi" w:cstheme="majorHAnsi"/>
          <w:sz w:val="24"/>
          <w:szCs w:val="24"/>
          <w:vertAlign w:val="superscript"/>
          <w:lang w:val="pl-PL"/>
        </w:rPr>
      </w:pPr>
      <w:r>
        <w:rPr>
          <w:rFonts w:asciiTheme="majorHAnsi" w:hAnsiTheme="majorHAnsi" w:cstheme="majorHAnsi"/>
          <w:sz w:val="24"/>
          <w:szCs w:val="24"/>
          <w:vertAlign w:val="superscript"/>
          <w:lang w:val="pl-PL"/>
        </w:rPr>
        <w:t>(dane wnioskodawcy)</w:t>
      </w:r>
    </w:p>
    <w:p w14:paraId="1E0C3B41" w14:textId="52B64A4D" w:rsidR="00EB4B86" w:rsidRDefault="00EB4B86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…………………………………………….</w:t>
      </w:r>
    </w:p>
    <w:p w14:paraId="27E342F5" w14:textId="482F3EF3" w:rsidR="00EB4B86" w:rsidRPr="00EB4B86" w:rsidRDefault="00EB4B86" w:rsidP="00133F23">
      <w:pPr>
        <w:jc w:val="both"/>
        <w:rPr>
          <w:rFonts w:asciiTheme="majorHAnsi" w:hAnsiTheme="majorHAnsi" w:cstheme="majorHAnsi"/>
          <w:sz w:val="24"/>
          <w:szCs w:val="24"/>
          <w:vertAlign w:val="superscript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vertAlign w:val="superscript"/>
          <w:lang w:val="pl-PL"/>
        </w:rPr>
        <w:t>(odpowiedni Urząd)</w:t>
      </w:r>
    </w:p>
    <w:p w14:paraId="7FB2231F" w14:textId="77777777" w:rsidR="00133F23" w:rsidRPr="00133F23" w:rsidRDefault="00133F23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0FC5086" w14:textId="1DB8A518" w:rsidR="00575D96" w:rsidRDefault="00575D96" w:rsidP="00575D96">
      <w:pPr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 xml:space="preserve">Zwracam się z prośba o wydanie zaświadczenia potwierdzającego, że </w:t>
      </w:r>
      <w:r w:rsidRPr="00B20311">
        <w:rPr>
          <w:rFonts w:asciiTheme="majorHAnsi" w:hAnsiTheme="majorHAnsi" w:cstheme="majorHAnsi"/>
          <w:lang w:val="pl-PL"/>
        </w:rPr>
        <w:t>na dzień</w:t>
      </w:r>
      <w:r>
        <w:rPr>
          <w:rFonts w:asciiTheme="majorHAnsi" w:hAnsiTheme="majorHAnsi" w:cstheme="majorHAnsi"/>
          <w:lang w:val="pl-PL"/>
        </w:rPr>
        <w:t xml:space="preserve"> ……………………. r.(</w:t>
      </w:r>
      <w:r w:rsidRPr="00575D96">
        <w:rPr>
          <w:rFonts w:asciiTheme="majorHAnsi" w:hAnsiTheme="majorHAnsi" w:cstheme="majorHAnsi"/>
          <w:u w:val="single"/>
          <w:lang w:val="pl-PL"/>
        </w:rPr>
        <w:t>data złożenia wniosku o pożyczkę</w:t>
      </w:r>
      <w:r>
        <w:rPr>
          <w:rFonts w:asciiTheme="majorHAnsi" w:hAnsiTheme="majorHAnsi" w:cstheme="majorHAnsi"/>
          <w:lang w:val="pl-PL"/>
        </w:rPr>
        <w:t>), oraz:</w:t>
      </w:r>
    </w:p>
    <w:p w14:paraId="50DB8DAA" w14:textId="400AE6D4" w:rsidR="00701D18" w:rsidRPr="00A064E1" w:rsidRDefault="00701D18" w:rsidP="00701D18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ajorHAnsi" w:hAnsiTheme="majorHAnsi" w:cstheme="majorHAnsi"/>
          <w:lang w:val="pl-PL"/>
        </w:rPr>
      </w:pPr>
      <w:r w:rsidRPr="00A064E1">
        <w:rPr>
          <w:rFonts w:asciiTheme="majorHAnsi" w:hAnsiTheme="majorHAnsi" w:cstheme="majorHAnsi"/>
          <w:lang w:val="pl-PL"/>
        </w:rPr>
        <w:t>był</w:t>
      </w:r>
      <w:r>
        <w:rPr>
          <w:rFonts w:asciiTheme="majorHAnsi" w:hAnsiTheme="majorHAnsi" w:cstheme="majorHAnsi"/>
          <w:lang w:val="pl-PL"/>
        </w:rPr>
        <w:t>em</w:t>
      </w:r>
      <w:r w:rsidRPr="00A064E1">
        <w:rPr>
          <w:rFonts w:asciiTheme="majorHAnsi" w:hAnsiTheme="majorHAnsi" w:cstheme="majorHAnsi"/>
          <w:lang w:val="pl-PL"/>
        </w:rPr>
        <w:t>/</w:t>
      </w:r>
      <w:proofErr w:type="spellStart"/>
      <w:r w:rsidRPr="00A064E1">
        <w:rPr>
          <w:rFonts w:asciiTheme="majorHAnsi" w:hAnsiTheme="majorHAnsi" w:cstheme="majorHAnsi"/>
          <w:lang w:val="pl-PL"/>
        </w:rPr>
        <w:t>a</w:t>
      </w:r>
      <w:r>
        <w:rPr>
          <w:rFonts w:asciiTheme="majorHAnsi" w:hAnsiTheme="majorHAnsi" w:cstheme="majorHAnsi"/>
          <w:lang w:val="pl-PL"/>
        </w:rPr>
        <w:t>m</w:t>
      </w:r>
      <w:proofErr w:type="spellEnd"/>
      <w:r w:rsidRPr="00A064E1">
        <w:rPr>
          <w:rFonts w:asciiTheme="majorHAnsi" w:hAnsiTheme="majorHAnsi" w:cstheme="majorHAnsi"/>
          <w:lang w:val="pl-PL"/>
        </w:rPr>
        <w:t xml:space="preserve"> zarejestrowany/a jako osoba bezrobotna</w:t>
      </w:r>
    </w:p>
    <w:p w14:paraId="5812A9BA" w14:textId="77777777" w:rsidR="00FA246C" w:rsidRDefault="00701D18" w:rsidP="00FA246C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ajorHAnsi" w:hAnsiTheme="majorHAnsi" w:cstheme="majorHAnsi"/>
          <w:lang w:val="pl-PL"/>
        </w:rPr>
      </w:pPr>
      <w:r w:rsidRPr="00A064E1">
        <w:rPr>
          <w:rFonts w:asciiTheme="majorHAnsi" w:hAnsiTheme="majorHAnsi" w:cstheme="majorHAnsi"/>
          <w:lang w:val="pl-PL"/>
        </w:rPr>
        <w:t>nie otrzymał</w:t>
      </w:r>
      <w:r>
        <w:rPr>
          <w:rFonts w:asciiTheme="majorHAnsi" w:hAnsiTheme="majorHAnsi" w:cstheme="majorHAnsi"/>
          <w:lang w:val="pl-PL"/>
        </w:rPr>
        <w:t>em</w:t>
      </w:r>
      <w:r w:rsidRPr="00A064E1">
        <w:rPr>
          <w:rFonts w:asciiTheme="majorHAnsi" w:hAnsiTheme="majorHAnsi" w:cstheme="majorHAnsi"/>
          <w:lang w:val="pl-PL"/>
        </w:rPr>
        <w:t>/</w:t>
      </w:r>
      <w:proofErr w:type="spellStart"/>
      <w:r w:rsidRPr="00A064E1">
        <w:rPr>
          <w:rFonts w:asciiTheme="majorHAnsi" w:hAnsiTheme="majorHAnsi" w:cstheme="majorHAnsi"/>
          <w:lang w:val="pl-PL"/>
        </w:rPr>
        <w:t>a</w:t>
      </w:r>
      <w:r>
        <w:rPr>
          <w:rFonts w:asciiTheme="majorHAnsi" w:hAnsiTheme="majorHAnsi" w:cstheme="majorHAnsi"/>
          <w:lang w:val="pl-PL"/>
        </w:rPr>
        <w:t>m</w:t>
      </w:r>
      <w:proofErr w:type="spellEnd"/>
      <w:r w:rsidRPr="00A064E1">
        <w:rPr>
          <w:rFonts w:asciiTheme="majorHAnsi" w:hAnsiTheme="majorHAnsi" w:cstheme="majorHAnsi"/>
          <w:lang w:val="pl-PL"/>
        </w:rPr>
        <w:t xml:space="preserve"> bezzwrotnych środków Funduszu Pracy lub innych bezzwrotnych środków publicznych na podjęcie działalności gospodarczej lub rolniczej, założenie lub przystąpienie do spółdzielni socjalnej</w:t>
      </w:r>
    </w:p>
    <w:p w14:paraId="73509950" w14:textId="77777777" w:rsidR="00FA246C" w:rsidRPr="00FA246C" w:rsidRDefault="00FA246C" w:rsidP="00FA246C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ajorHAnsi" w:hAnsiTheme="majorHAnsi" w:cstheme="majorHAnsi"/>
          <w:lang w:val="pl-PL"/>
        </w:rPr>
      </w:pPr>
      <w:r w:rsidRPr="00FA246C">
        <w:rPr>
          <w:rFonts w:asciiTheme="majorHAnsi" w:hAnsiTheme="majorHAnsi" w:cstheme="majorHAnsi"/>
          <w:sz w:val="24"/>
          <w:szCs w:val="24"/>
          <w:lang w:val="pl-PL"/>
        </w:rPr>
        <w:t>nie otrzymałem/</w:t>
      </w:r>
      <w:proofErr w:type="spellStart"/>
      <w:r w:rsidRPr="00FA246C">
        <w:rPr>
          <w:rFonts w:asciiTheme="majorHAnsi" w:hAnsiTheme="majorHAnsi" w:cstheme="majorHAnsi"/>
          <w:sz w:val="24"/>
          <w:szCs w:val="24"/>
          <w:lang w:val="pl-PL"/>
        </w:rPr>
        <w:t>am</w:t>
      </w:r>
      <w:proofErr w:type="spellEnd"/>
      <w:r w:rsidRPr="00FA246C">
        <w:rPr>
          <w:rFonts w:asciiTheme="majorHAnsi" w:hAnsiTheme="majorHAnsi" w:cstheme="majorHAnsi"/>
          <w:sz w:val="24"/>
          <w:szCs w:val="24"/>
          <w:lang w:val="pl-PL"/>
        </w:rPr>
        <w:t xml:space="preserve"> jednorazowych środków na podjęcie działalności gospodarczej, o których mowa w art. 46 ust. 1 pkt 2 ustawy z dnia 20 kwietnia 2004 r. o promocji zatrudnienia i instytucjach rynku pracy.</w:t>
      </w:r>
    </w:p>
    <w:p w14:paraId="70216CA3" w14:textId="0F5963A6" w:rsidR="00701D18" w:rsidRPr="00FA246C" w:rsidRDefault="00701D18" w:rsidP="00FA246C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ajorHAnsi" w:hAnsiTheme="majorHAnsi" w:cstheme="majorHAnsi"/>
          <w:lang w:val="pl-PL"/>
        </w:rPr>
      </w:pPr>
      <w:r w:rsidRPr="00FA246C">
        <w:rPr>
          <w:rFonts w:asciiTheme="majorHAnsi" w:hAnsiTheme="majorHAnsi" w:cstheme="majorHAnsi"/>
          <w:lang w:val="pl-PL"/>
        </w:rPr>
        <w:t>w okresie 12 miesięcy bezpośrednio poprzedzających dzień wskazany powyżej:</w:t>
      </w:r>
    </w:p>
    <w:p w14:paraId="4D51A3A6" w14:textId="79F6E4C3" w:rsidR="00701D18" w:rsidRPr="00A064E1" w:rsidRDefault="00701D18" w:rsidP="00701D18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lang w:val="pl-PL"/>
        </w:rPr>
      </w:pPr>
      <w:r w:rsidRPr="00A064E1">
        <w:rPr>
          <w:rFonts w:asciiTheme="majorHAnsi" w:hAnsiTheme="majorHAnsi" w:cstheme="majorHAnsi"/>
          <w:lang w:val="pl-PL"/>
        </w:rPr>
        <w:t>nie przerwał</w:t>
      </w:r>
      <w:r>
        <w:rPr>
          <w:rFonts w:asciiTheme="majorHAnsi" w:hAnsiTheme="majorHAnsi" w:cstheme="majorHAnsi"/>
          <w:lang w:val="pl-PL"/>
        </w:rPr>
        <w:t>em</w:t>
      </w:r>
      <w:r w:rsidRPr="00A064E1">
        <w:rPr>
          <w:rFonts w:asciiTheme="majorHAnsi" w:hAnsiTheme="majorHAnsi" w:cstheme="majorHAnsi"/>
          <w:lang w:val="pl-PL"/>
        </w:rPr>
        <w:t>/</w:t>
      </w:r>
      <w:proofErr w:type="spellStart"/>
      <w:r w:rsidRPr="00A064E1">
        <w:rPr>
          <w:rFonts w:asciiTheme="majorHAnsi" w:hAnsiTheme="majorHAnsi" w:cstheme="majorHAnsi"/>
          <w:lang w:val="pl-PL"/>
        </w:rPr>
        <w:t>a</w:t>
      </w:r>
      <w:r>
        <w:rPr>
          <w:rFonts w:asciiTheme="majorHAnsi" w:hAnsiTheme="majorHAnsi" w:cstheme="majorHAnsi"/>
          <w:lang w:val="pl-PL"/>
        </w:rPr>
        <w:t>m</w:t>
      </w:r>
      <w:proofErr w:type="spellEnd"/>
      <w:r w:rsidRPr="00A064E1">
        <w:rPr>
          <w:rFonts w:asciiTheme="majorHAnsi" w:hAnsiTheme="majorHAnsi" w:cstheme="majorHAnsi"/>
          <w:lang w:val="pl-PL"/>
        </w:rPr>
        <w:t xml:space="preserve"> z własnej winy szkolenia, stażu, realizacji indywidualnego planu działania, udziału w działaniach w ramach Programu Aktywizacja i Integracja, o którym mowa w art. 62a ustawy, wykonywania prac społecznie użytecznych lub innej formy pomocy określonej w ustawie, </w:t>
      </w:r>
    </w:p>
    <w:p w14:paraId="4FFFE9A6" w14:textId="3EF28CEF" w:rsidR="00701D18" w:rsidRPr="00A064E1" w:rsidRDefault="00701D18" w:rsidP="00701D18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lang w:val="pl-PL"/>
        </w:rPr>
      </w:pPr>
      <w:r w:rsidRPr="00A064E1">
        <w:rPr>
          <w:rFonts w:asciiTheme="majorHAnsi" w:hAnsiTheme="majorHAnsi" w:cstheme="majorHAnsi"/>
          <w:lang w:val="pl-PL"/>
        </w:rPr>
        <w:t>nie odmówił</w:t>
      </w:r>
      <w:r>
        <w:rPr>
          <w:rFonts w:asciiTheme="majorHAnsi" w:hAnsiTheme="majorHAnsi" w:cstheme="majorHAnsi"/>
          <w:lang w:val="pl-PL"/>
        </w:rPr>
        <w:t>em</w:t>
      </w:r>
      <w:r w:rsidRPr="00A064E1">
        <w:rPr>
          <w:rFonts w:asciiTheme="majorHAnsi" w:hAnsiTheme="majorHAnsi" w:cstheme="majorHAnsi"/>
          <w:lang w:val="pl-PL"/>
        </w:rPr>
        <w:t>/</w:t>
      </w:r>
      <w:proofErr w:type="spellStart"/>
      <w:r w:rsidRPr="00A064E1">
        <w:rPr>
          <w:rFonts w:asciiTheme="majorHAnsi" w:hAnsiTheme="majorHAnsi" w:cstheme="majorHAnsi"/>
          <w:lang w:val="pl-PL"/>
        </w:rPr>
        <w:t>a</w:t>
      </w:r>
      <w:r>
        <w:rPr>
          <w:rFonts w:asciiTheme="majorHAnsi" w:hAnsiTheme="majorHAnsi" w:cstheme="majorHAnsi"/>
          <w:lang w:val="pl-PL"/>
        </w:rPr>
        <w:t>m</w:t>
      </w:r>
      <w:proofErr w:type="spellEnd"/>
      <w:r w:rsidRPr="00A064E1">
        <w:rPr>
          <w:rFonts w:asciiTheme="majorHAnsi" w:hAnsiTheme="majorHAnsi" w:cstheme="majorHAnsi"/>
          <w:lang w:val="pl-PL"/>
        </w:rPr>
        <w:t xml:space="preserve"> bez uzasadnionej przyczyny przyjęcia propozycji odpowiedniej pracy lub innej formy pomocy określonej w ustawie oraz udziału w działaniach w ramach Programu Aktywizacja i Integracja, o którym mowa w art. 62a ustawy,</w:t>
      </w:r>
    </w:p>
    <w:p w14:paraId="16920BC2" w14:textId="77777777" w:rsidR="00FA246C" w:rsidRDefault="00701D18" w:rsidP="00FA246C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lang w:val="pl-PL"/>
        </w:rPr>
      </w:pPr>
      <w:r w:rsidRPr="00A064E1">
        <w:rPr>
          <w:rFonts w:asciiTheme="majorHAnsi" w:hAnsiTheme="majorHAnsi" w:cstheme="majorHAnsi"/>
          <w:lang w:val="pl-PL"/>
        </w:rPr>
        <w:t>po skierowaniu podjął</w:t>
      </w:r>
      <w:r>
        <w:rPr>
          <w:rFonts w:asciiTheme="majorHAnsi" w:hAnsiTheme="majorHAnsi" w:cstheme="majorHAnsi"/>
          <w:lang w:val="pl-PL"/>
        </w:rPr>
        <w:t>em</w:t>
      </w:r>
      <w:r w:rsidRPr="00A064E1">
        <w:rPr>
          <w:rFonts w:asciiTheme="majorHAnsi" w:hAnsiTheme="majorHAnsi" w:cstheme="majorHAnsi"/>
          <w:lang w:val="pl-PL"/>
        </w:rPr>
        <w:t>/</w:t>
      </w:r>
      <w:proofErr w:type="spellStart"/>
      <w:r w:rsidRPr="00A064E1">
        <w:rPr>
          <w:rFonts w:asciiTheme="majorHAnsi" w:hAnsiTheme="majorHAnsi" w:cstheme="majorHAnsi"/>
          <w:lang w:val="pl-PL"/>
        </w:rPr>
        <w:t>a</w:t>
      </w:r>
      <w:r>
        <w:rPr>
          <w:rFonts w:asciiTheme="majorHAnsi" w:hAnsiTheme="majorHAnsi" w:cstheme="majorHAnsi"/>
          <w:lang w:val="pl-PL"/>
        </w:rPr>
        <w:t>m</w:t>
      </w:r>
      <w:proofErr w:type="spellEnd"/>
      <w:r w:rsidRPr="00A064E1">
        <w:rPr>
          <w:rFonts w:asciiTheme="majorHAnsi" w:hAnsiTheme="majorHAnsi" w:cstheme="majorHAnsi"/>
          <w:lang w:val="pl-PL"/>
        </w:rPr>
        <w:t xml:space="preserve"> szkolenie, przygotowanie zawodowe dorosłych, staż, prace społecznie użyteczne lub inną formę pomocy określoną w ustawie</w:t>
      </w:r>
      <w:r>
        <w:rPr>
          <w:rFonts w:asciiTheme="majorHAnsi" w:hAnsiTheme="majorHAnsi" w:cstheme="majorHAnsi"/>
          <w:lang w:val="pl-PL"/>
        </w:rPr>
        <w:t xml:space="preserve"> – </w:t>
      </w:r>
      <w:r w:rsidRPr="00A064E1">
        <w:rPr>
          <w:rFonts w:asciiTheme="majorHAnsi" w:hAnsiTheme="majorHAnsi" w:cstheme="majorHAnsi"/>
          <w:i/>
          <w:iCs/>
          <w:lang w:val="pl-PL"/>
        </w:rPr>
        <w:t>tylko w przypadku osób skierowanych</w:t>
      </w:r>
      <w:r w:rsidRPr="00A064E1">
        <w:rPr>
          <w:rFonts w:asciiTheme="majorHAnsi" w:hAnsiTheme="majorHAnsi" w:cstheme="majorHAnsi"/>
          <w:lang w:val="pl-PL"/>
        </w:rPr>
        <w:t>,</w:t>
      </w:r>
    </w:p>
    <w:p w14:paraId="4A79111C" w14:textId="0A742572" w:rsidR="00FA246C" w:rsidRPr="00FA246C" w:rsidRDefault="00FA246C" w:rsidP="00FA246C">
      <w:pPr>
        <w:jc w:val="both"/>
        <w:rPr>
          <w:rFonts w:asciiTheme="majorHAnsi" w:hAnsiTheme="majorHAnsi" w:cstheme="majorHAnsi"/>
          <w:lang w:val="pl-PL"/>
        </w:rPr>
      </w:pPr>
    </w:p>
    <w:p w14:paraId="0AC30FCA" w14:textId="485098A4" w:rsidR="00133F23" w:rsidRDefault="0095744E" w:rsidP="00EB4B86">
      <w:pPr>
        <w:ind w:left="504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</w:t>
      </w:r>
    </w:p>
    <w:p w14:paraId="1C03B18A" w14:textId="34DDD605" w:rsidR="00EB4B86" w:rsidRPr="00EB4B86" w:rsidRDefault="00EB4B86" w:rsidP="00EB4B86">
      <w:pPr>
        <w:ind w:left="5040" w:firstLine="720"/>
        <w:jc w:val="both"/>
        <w:rPr>
          <w:rFonts w:asciiTheme="majorHAnsi" w:hAnsiTheme="majorHAnsi" w:cstheme="majorHAnsi"/>
          <w:sz w:val="24"/>
          <w:szCs w:val="24"/>
          <w:vertAlign w:val="superscript"/>
          <w:lang w:val="pl-PL"/>
        </w:rPr>
      </w:pPr>
      <w:r>
        <w:rPr>
          <w:rFonts w:asciiTheme="majorHAnsi" w:hAnsiTheme="majorHAnsi" w:cstheme="majorHAnsi"/>
          <w:sz w:val="24"/>
          <w:szCs w:val="24"/>
          <w:vertAlign w:val="superscript"/>
          <w:lang w:val="pl-PL"/>
        </w:rPr>
        <w:t>(</w:t>
      </w:r>
      <w:r w:rsidRPr="00EB4B86">
        <w:rPr>
          <w:rFonts w:asciiTheme="majorHAnsi" w:hAnsiTheme="majorHAnsi" w:cstheme="majorHAnsi"/>
          <w:sz w:val="24"/>
          <w:szCs w:val="24"/>
          <w:vertAlign w:val="superscript"/>
          <w:lang w:val="pl-PL"/>
        </w:rPr>
        <w:t>czytelny podpis)</w:t>
      </w:r>
    </w:p>
    <w:sectPr w:rsidR="00EB4B86" w:rsidRPr="00EB4B8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CC503" w14:textId="77777777" w:rsidR="00100E1B" w:rsidRDefault="00100E1B" w:rsidP="00133F23">
      <w:pPr>
        <w:spacing w:after="0" w:line="240" w:lineRule="auto"/>
      </w:pPr>
      <w:r>
        <w:separator/>
      </w:r>
    </w:p>
  </w:endnote>
  <w:endnote w:type="continuationSeparator" w:id="0">
    <w:p w14:paraId="40780C94" w14:textId="77777777" w:rsidR="00100E1B" w:rsidRDefault="00100E1B" w:rsidP="00133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912E48" w14:textId="77777777" w:rsidR="00100E1B" w:rsidRDefault="00100E1B" w:rsidP="00133F23">
      <w:pPr>
        <w:spacing w:after="0" w:line="240" w:lineRule="auto"/>
      </w:pPr>
      <w:r>
        <w:separator/>
      </w:r>
    </w:p>
  </w:footnote>
  <w:footnote w:type="continuationSeparator" w:id="0">
    <w:p w14:paraId="25ABE944" w14:textId="77777777" w:rsidR="00100E1B" w:rsidRDefault="00100E1B" w:rsidP="00133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172D92"/>
    <w:multiLevelType w:val="hybridMultilevel"/>
    <w:tmpl w:val="069030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F4737"/>
    <w:multiLevelType w:val="hybridMultilevel"/>
    <w:tmpl w:val="8B8023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21BB3"/>
    <w:multiLevelType w:val="hybridMultilevel"/>
    <w:tmpl w:val="8B80230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24BDC"/>
    <w:multiLevelType w:val="hybridMultilevel"/>
    <w:tmpl w:val="1A92BF2A"/>
    <w:lvl w:ilvl="0" w:tplc="FA1A3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897731">
    <w:abstractNumId w:val="8"/>
  </w:num>
  <w:num w:numId="2" w16cid:durableId="748891805">
    <w:abstractNumId w:val="6"/>
  </w:num>
  <w:num w:numId="3" w16cid:durableId="159006790">
    <w:abstractNumId w:val="5"/>
  </w:num>
  <w:num w:numId="4" w16cid:durableId="1312367516">
    <w:abstractNumId w:val="4"/>
  </w:num>
  <w:num w:numId="5" w16cid:durableId="1835796467">
    <w:abstractNumId w:val="7"/>
  </w:num>
  <w:num w:numId="6" w16cid:durableId="408426134">
    <w:abstractNumId w:val="3"/>
  </w:num>
  <w:num w:numId="7" w16cid:durableId="2015843183">
    <w:abstractNumId w:val="2"/>
  </w:num>
  <w:num w:numId="8" w16cid:durableId="1702316527">
    <w:abstractNumId w:val="1"/>
  </w:num>
  <w:num w:numId="9" w16cid:durableId="1707562632">
    <w:abstractNumId w:val="0"/>
  </w:num>
  <w:num w:numId="10" w16cid:durableId="1531995940">
    <w:abstractNumId w:val="9"/>
  </w:num>
  <w:num w:numId="11" w16cid:durableId="1368600170">
    <w:abstractNumId w:val="12"/>
  </w:num>
  <w:num w:numId="12" w16cid:durableId="2073699634">
    <w:abstractNumId w:val="10"/>
  </w:num>
  <w:num w:numId="13" w16cid:durableId="15170390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E1B"/>
    <w:rsid w:val="0011776B"/>
    <w:rsid w:val="00133F23"/>
    <w:rsid w:val="0015074B"/>
    <w:rsid w:val="00207996"/>
    <w:rsid w:val="0029639D"/>
    <w:rsid w:val="00326F90"/>
    <w:rsid w:val="00575D96"/>
    <w:rsid w:val="00701D18"/>
    <w:rsid w:val="008C26DF"/>
    <w:rsid w:val="009377B9"/>
    <w:rsid w:val="0095744E"/>
    <w:rsid w:val="00A26EE3"/>
    <w:rsid w:val="00AA1D8D"/>
    <w:rsid w:val="00B47730"/>
    <w:rsid w:val="00CB0664"/>
    <w:rsid w:val="00CC2CE0"/>
    <w:rsid w:val="00D9106F"/>
    <w:rsid w:val="00EB4B86"/>
    <w:rsid w:val="00F06D5F"/>
    <w:rsid w:val="00F56873"/>
    <w:rsid w:val="00FA24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7CAF0"/>
  <w14:defaultImageDpi w14:val="300"/>
  <w15:docId w15:val="{C796117D-49E8-4860-94C0-CD1FD902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3F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3F2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3F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Justyna Grobel</cp:lastModifiedBy>
  <cp:revision>2</cp:revision>
  <dcterms:created xsi:type="dcterms:W3CDTF">2025-08-11T08:23:00Z</dcterms:created>
  <dcterms:modified xsi:type="dcterms:W3CDTF">2025-08-11T08:23:00Z</dcterms:modified>
  <cp:category/>
</cp:coreProperties>
</file>