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B67CE" w14:textId="5C6893A2" w:rsidR="00CC2CE0" w:rsidRPr="00133F23" w:rsidRDefault="00EB4B86" w:rsidP="00133F23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b/>
          <w:sz w:val="24"/>
          <w:szCs w:val="24"/>
          <w:lang w:val="pl-PL"/>
        </w:rPr>
        <w:t>Wniosek o wydanie zaświadczenia PUP/UP</w:t>
      </w:r>
    </w:p>
    <w:p w14:paraId="21A51322" w14:textId="77777777" w:rsidR="00133F23" w:rsidRP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F3B6F42" w14:textId="48D83687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1627F877" w14:textId="29B0AE50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1673BDA2" w14:textId="7A1C0D20" w:rsidR="00CC2CE0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4582946C" w14:textId="2F553DD2" w:rsidR="00EB4B86" w:rsidRP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vertAlign w:val="superscript"/>
          <w:lang w:val="pl-PL"/>
        </w:rPr>
      </w:pPr>
      <w:r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(dane wnioskodawcy)</w:t>
      </w:r>
    </w:p>
    <w:p w14:paraId="598D76FE" w14:textId="77777777" w:rsid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4F4B849" w14:textId="77777777" w:rsid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2EE12A3" w14:textId="77777777" w:rsid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E0C3B41" w14:textId="52B64A4D" w:rsid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  <w:t>…………………………………………….</w:t>
      </w:r>
    </w:p>
    <w:p w14:paraId="27E342F5" w14:textId="482F3EF3" w:rsidR="00EB4B86" w:rsidRPr="00EB4B86" w:rsidRDefault="00EB4B86" w:rsidP="00133F23">
      <w:pPr>
        <w:jc w:val="both"/>
        <w:rPr>
          <w:rFonts w:asciiTheme="majorHAnsi" w:hAnsiTheme="majorHAnsi" w:cstheme="majorHAnsi"/>
          <w:sz w:val="24"/>
          <w:szCs w:val="24"/>
          <w:vertAlign w:val="superscript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lang w:val="pl-PL"/>
        </w:rPr>
        <w:tab/>
      </w:r>
      <w:r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(odpowiedni Urząd)</w:t>
      </w:r>
    </w:p>
    <w:p w14:paraId="7FB2231F" w14:textId="77777777" w:rsidR="00133F23" w:rsidRPr="00133F23" w:rsidRDefault="00133F23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0FC5086" w14:textId="7DF7C428" w:rsidR="00575D96" w:rsidRDefault="00575D96" w:rsidP="00575D96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 xml:space="preserve">Zwracam się z prośba o wydanie zaświadczenia potwierdzającego, że </w:t>
      </w:r>
      <w:r w:rsidRPr="00B20311">
        <w:rPr>
          <w:rFonts w:asciiTheme="majorHAnsi" w:hAnsiTheme="majorHAnsi" w:cstheme="majorHAnsi"/>
          <w:lang w:val="pl-PL"/>
        </w:rPr>
        <w:t>na dzień</w:t>
      </w:r>
      <w:r>
        <w:rPr>
          <w:rFonts w:asciiTheme="majorHAnsi" w:hAnsiTheme="majorHAnsi" w:cstheme="majorHAnsi"/>
          <w:lang w:val="pl-PL"/>
        </w:rPr>
        <w:t xml:space="preserve"> ……………………. r.</w:t>
      </w:r>
      <w:r>
        <w:rPr>
          <w:rFonts w:asciiTheme="majorHAnsi" w:hAnsiTheme="majorHAnsi" w:cstheme="majorHAnsi"/>
          <w:lang w:val="pl-PL"/>
        </w:rPr>
        <w:t>(</w:t>
      </w:r>
      <w:r w:rsidRPr="00575D96">
        <w:rPr>
          <w:rFonts w:asciiTheme="majorHAnsi" w:hAnsiTheme="majorHAnsi" w:cstheme="majorHAnsi"/>
          <w:u w:val="single"/>
          <w:lang w:val="pl-PL"/>
        </w:rPr>
        <w:t>data złożenia wniosku o pożyczkę</w:t>
      </w:r>
      <w:r>
        <w:rPr>
          <w:rFonts w:asciiTheme="majorHAnsi" w:hAnsiTheme="majorHAnsi" w:cstheme="majorHAnsi"/>
          <w:lang w:val="pl-PL"/>
        </w:rPr>
        <w:t>)</w:t>
      </w:r>
      <w:r>
        <w:rPr>
          <w:rFonts w:asciiTheme="majorHAnsi" w:hAnsiTheme="majorHAnsi" w:cstheme="majorHAnsi"/>
          <w:lang w:val="pl-PL"/>
        </w:rPr>
        <w:t xml:space="preserve"> </w:t>
      </w:r>
      <w:r>
        <w:rPr>
          <w:rFonts w:asciiTheme="majorHAnsi" w:hAnsiTheme="majorHAnsi" w:cstheme="majorHAnsi"/>
          <w:lang w:val="pl-PL"/>
        </w:rPr>
        <w:t>byłem/</w:t>
      </w:r>
      <w:proofErr w:type="spellStart"/>
      <w:r>
        <w:rPr>
          <w:rFonts w:asciiTheme="majorHAnsi" w:hAnsiTheme="majorHAnsi" w:cstheme="majorHAnsi"/>
          <w:lang w:val="pl-PL"/>
        </w:rPr>
        <w:t>am</w:t>
      </w:r>
      <w:proofErr w:type="spellEnd"/>
      <w:r>
        <w:rPr>
          <w:rFonts w:asciiTheme="majorHAnsi" w:hAnsiTheme="majorHAnsi" w:cstheme="majorHAnsi"/>
          <w:lang w:val="pl-PL"/>
        </w:rPr>
        <w:t xml:space="preserve"> </w:t>
      </w:r>
      <w:r>
        <w:rPr>
          <w:rFonts w:asciiTheme="majorHAnsi" w:hAnsiTheme="majorHAnsi" w:cstheme="majorHAnsi"/>
          <w:lang w:val="pl-PL"/>
        </w:rPr>
        <w:t>opiekunem osoby z niepełnosprawnością,</w:t>
      </w:r>
      <w:r>
        <w:rPr>
          <w:rFonts w:asciiTheme="majorHAnsi" w:hAnsiTheme="majorHAnsi" w:cstheme="majorHAnsi"/>
          <w:lang w:val="pl-PL"/>
        </w:rPr>
        <w:t xml:space="preserve"> oraz:</w:t>
      </w:r>
    </w:p>
    <w:p w14:paraId="6AA9D215" w14:textId="262F96F6" w:rsidR="00575D96" w:rsidRPr="00A064E1" w:rsidRDefault="00575D96" w:rsidP="00575D96">
      <w:pPr>
        <w:pStyle w:val="Akapitzlist"/>
        <w:numPr>
          <w:ilvl w:val="0"/>
          <w:numId w:val="10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A064E1">
        <w:rPr>
          <w:rFonts w:asciiTheme="majorHAnsi" w:hAnsiTheme="majorHAnsi" w:cstheme="majorHAnsi"/>
          <w:lang w:val="pl-PL"/>
        </w:rPr>
        <w:t>był</w:t>
      </w:r>
      <w:r>
        <w:rPr>
          <w:rFonts w:asciiTheme="majorHAnsi" w:hAnsiTheme="majorHAnsi" w:cstheme="majorHAnsi"/>
          <w:lang w:val="pl-PL"/>
        </w:rPr>
        <w:t>em</w:t>
      </w:r>
      <w:r w:rsidRPr="00A064E1">
        <w:rPr>
          <w:rFonts w:asciiTheme="majorHAnsi" w:hAnsiTheme="majorHAnsi" w:cstheme="majorHAnsi"/>
          <w:lang w:val="pl-PL"/>
        </w:rPr>
        <w:t>/</w:t>
      </w:r>
      <w:proofErr w:type="spellStart"/>
      <w:r w:rsidRPr="00A064E1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A064E1">
        <w:rPr>
          <w:rFonts w:asciiTheme="majorHAnsi" w:hAnsiTheme="majorHAnsi" w:cstheme="majorHAnsi"/>
          <w:lang w:val="pl-PL"/>
        </w:rPr>
        <w:t xml:space="preserve"> zarejestrowany/a jako osoba </w:t>
      </w:r>
      <w:r>
        <w:rPr>
          <w:rFonts w:asciiTheme="majorHAnsi" w:hAnsiTheme="majorHAnsi" w:cstheme="majorHAnsi"/>
          <w:lang w:val="pl-PL"/>
        </w:rPr>
        <w:t>poszukująca pracy,</w:t>
      </w:r>
    </w:p>
    <w:p w14:paraId="0FED72AF" w14:textId="2C832321" w:rsidR="00575D96" w:rsidRPr="00360DC3" w:rsidRDefault="00575D96" w:rsidP="00575D96">
      <w:pPr>
        <w:pStyle w:val="Akapitzlist"/>
        <w:numPr>
          <w:ilvl w:val="0"/>
          <w:numId w:val="10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360DC3">
        <w:rPr>
          <w:rFonts w:asciiTheme="majorHAnsi" w:hAnsiTheme="majorHAnsi" w:cstheme="majorHAnsi"/>
          <w:lang w:val="pl-PL"/>
        </w:rPr>
        <w:t>nie otrzymał</w:t>
      </w:r>
      <w:r>
        <w:rPr>
          <w:rFonts w:asciiTheme="majorHAnsi" w:hAnsiTheme="majorHAnsi" w:cstheme="majorHAnsi"/>
          <w:lang w:val="pl-PL"/>
        </w:rPr>
        <w:t>em</w:t>
      </w:r>
      <w:r w:rsidRPr="00360DC3">
        <w:rPr>
          <w:rFonts w:asciiTheme="majorHAnsi" w:hAnsiTheme="majorHAnsi" w:cstheme="majorHAnsi"/>
          <w:lang w:val="pl-PL"/>
        </w:rPr>
        <w:t>/</w:t>
      </w:r>
      <w:proofErr w:type="spellStart"/>
      <w:r w:rsidRPr="00360DC3">
        <w:rPr>
          <w:rFonts w:asciiTheme="majorHAnsi" w:hAnsiTheme="majorHAnsi" w:cstheme="majorHAnsi"/>
          <w:lang w:val="pl-PL"/>
        </w:rPr>
        <w:t>a</w:t>
      </w:r>
      <w:r>
        <w:rPr>
          <w:rFonts w:asciiTheme="majorHAnsi" w:hAnsiTheme="majorHAnsi" w:cstheme="majorHAnsi"/>
          <w:lang w:val="pl-PL"/>
        </w:rPr>
        <w:t>m</w:t>
      </w:r>
      <w:proofErr w:type="spellEnd"/>
      <w:r w:rsidRPr="00360DC3">
        <w:rPr>
          <w:rFonts w:asciiTheme="majorHAnsi" w:hAnsiTheme="majorHAnsi" w:cstheme="majorHAnsi"/>
          <w:lang w:val="pl-PL"/>
        </w:rPr>
        <w:t xml:space="preserve"> bezzwrotnych środków Funduszu Pracy lub innych bezzwrotnych środków publicznych na podjęcie działalności gospodarczej lub rolniczej, założenie lub przystąpienie do spółdzielni socjalnej</w:t>
      </w:r>
    </w:p>
    <w:p w14:paraId="2355569A" w14:textId="7AA975BD" w:rsidR="00575D96" w:rsidRPr="00A064E1" w:rsidRDefault="00575D96" w:rsidP="00575D96">
      <w:pPr>
        <w:pStyle w:val="Akapitzlist"/>
        <w:numPr>
          <w:ilvl w:val="0"/>
          <w:numId w:val="10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360DC3">
        <w:rPr>
          <w:rFonts w:asciiTheme="majorHAnsi" w:hAnsiTheme="majorHAnsi" w:cstheme="majorHAnsi"/>
          <w:lang w:val="pl-PL"/>
        </w:rPr>
        <w:t xml:space="preserve">w okresie 12 miesięcy bezpośrednio poprzedzających dzień </w:t>
      </w:r>
      <w:r>
        <w:rPr>
          <w:rFonts w:asciiTheme="majorHAnsi" w:hAnsiTheme="majorHAnsi" w:cstheme="majorHAnsi"/>
          <w:lang w:val="pl-PL"/>
        </w:rPr>
        <w:t>wskazany powyżej</w:t>
      </w:r>
      <w:r w:rsidRPr="00360DC3">
        <w:rPr>
          <w:rFonts w:asciiTheme="majorHAnsi" w:hAnsiTheme="majorHAnsi" w:cstheme="majorHAnsi"/>
          <w:lang w:val="pl-PL"/>
        </w:rPr>
        <w:t>, nie przerwał</w:t>
      </w:r>
      <w:r>
        <w:rPr>
          <w:rFonts w:asciiTheme="majorHAnsi" w:hAnsiTheme="majorHAnsi" w:cstheme="majorHAnsi"/>
          <w:lang w:val="pl-PL"/>
        </w:rPr>
        <w:t>em/</w:t>
      </w:r>
      <w:proofErr w:type="spellStart"/>
      <w:r>
        <w:rPr>
          <w:rFonts w:asciiTheme="majorHAnsi" w:hAnsiTheme="majorHAnsi" w:cstheme="majorHAnsi"/>
          <w:lang w:val="pl-PL"/>
        </w:rPr>
        <w:t>am</w:t>
      </w:r>
      <w:proofErr w:type="spellEnd"/>
      <w:r w:rsidRPr="00360DC3">
        <w:rPr>
          <w:rFonts w:asciiTheme="majorHAnsi" w:hAnsiTheme="majorHAnsi" w:cstheme="majorHAnsi"/>
          <w:lang w:val="pl-PL"/>
        </w:rPr>
        <w:t xml:space="preserve"> z własnej winy szkolenia, stażu, pracy interwencyjnej, studiów podyplomowych, przygotowania zawodowego dorosłych</w:t>
      </w:r>
      <w:r>
        <w:rPr>
          <w:rFonts w:asciiTheme="majorHAnsi" w:hAnsiTheme="majorHAnsi" w:cstheme="majorHAnsi"/>
          <w:lang w:val="pl-PL"/>
        </w:rPr>
        <w:t>.</w:t>
      </w:r>
    </w:p>
    <w:p w14:paraId="713E9F81" w14:textId="3CB0792A" w:rsidR="00CC2CE0" w:rsidRPr="00133F23" w:rsidRDefault="0095744E" w:rsidP="00133F23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56FCADF5" w14:textId="77777777" w:rsidR="00EB4B86" w:rsidRDefault="00EB4B86" w:rsidP="00575D9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0AC30FCA" w14:textId="485098A4" w:rsidR="00133F23" w:rsidRDefault="0095744E" w:rsidP="00EB4B86">
      <w:pPr>
        <w:ind w:left="504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133F23">
        <w:rPr>
          <w:rFonts w:asciiTheme="majorHAnsi" w:hAnsiTheme="majorHAnsi" w:cstheme="majorHAnsi"/>
          <w:sz w:val="24"/>
          <w:szCs w:val="24"/>
          <w:lang w:val="pl-PL"/>
        </w:rPr>
        <w:t>....................................................</w:t>
      </w:r>
    </w:p>
    <w:p w14:paraId="1C03B18A" w14:textId="34DDD605" w:rsidR="00EB4B86" w:rsidRPr="00EB4B86" w:rsidRDefault="00EB4B86" w:rsidP="00EB4B86">
      <w:pPr>
        <w:ind w:left="5040" w:firstLine="720"/>
        <w:jc w:val="both"/>
        <w:rPr>
          <w:rFonts w:asciiTheme="majorHAnsi" w:hAnsiTheme="majorHAnsi" w:cstheme="majorHAnsi"/>
          <w:sz w:val="24"/>
          <w:szCs w:val="24"/>
          <w:vertAlign w:val="superscript"/>
          <w:lang w:val="pl-PL"/>
        </w:rPr>
      </w:pPr>
      <w:r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(</w:t>
      </w:r>
      <w:r w:rsidRPr="00EB4B86">
        <w:rPr>
          <w:rFonts w:asciiTheme="majorHAnsi" w:hAnsiTheme="majorHAnsi" w:cstheme="majorHAnsi"/>
          <w:sz w:val="24"/>
          <w:szCs w:val="24"/>
          <w:vertAlign w:val="superscript"/>
          <w:lang w:val="pl-PL"/>
        </w:rPr>
        <w:t>czytelny podpis)</w:t>
      </w:r>
    </w:p>
    <w:sectPr w:rsidR="00EB4B86" w:rsidRPr="00EB4B8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E51BE" w14:textId="77777777" w:rsidR="00887727" w:rsidRDefault="00887727" w:rsidP="00133F23">
      <w:pPr>
        <w:spacing w:after="0" w:line="240" w:lineRule="auto"/>
      </w:pPr>
      <w:r>
        <w:separator/>
      </w:r>
    </w:p>
  </w:endnote>
  <w:endnote w:type="continuationSeparator" w:id="0">
    <w:p w14:paraId="51029C87" w14:textId="77777777" w:rsidR="00887727" w:rsidRDefault="00887727" w:rsidP="0013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A4835" w14:textId="77777777" w:rsidR="00887727" w:rsidRDefault="00887727" w:rsidP="00133F23">
      <w:pPr>
        <w:spacing w:after="0" w:line="240" w:lineRule="auto"/>
      </w:pPr>
      <w:r>
        <w:separator/>
      </w:r>
    </w:p>
  </w:footnote>
  <w:footnote w:type="continuationSeparator" w:id="0">
    <w:p w14:paraId="0E467758" w14:textId="77777777" w:rsidR="00887727" w:rsidRDefault="00887727" w:rsidP="00133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172D92"/>
    <w:multiLevelType w:val="hybridMultilevel"/>
    <w:tmpl w:val="069030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897731">
    <w:abstractNumId w:val="8"/>
  </w:num>
  <w:num w:numId="2" w16cid:durableId="748891805">
    <w:abstractNumId w:val="6"/>
  </w:num>
  <w:num w:numId="3" w16cid:durableId="159006790">
    <w:abstractNumId w:val="5"/>
  </w:num>
  <w:num w:numId="4" w16cid:durableId="1312367516">
    <w:abstractNumId w:val="4"/>
  </w:num>
  <w:num w:numId="5" w16cid:durableId="1835796467">
    <w:abstractNumId w:val="7"/>
  </w:num>
  <w:num w:numId="6" w16cid:durableId="408426134">
    <w:abstractNumId w:val="3"/>
  </w:num>
  <w:num w:numId="7" w16cid:durableId="2015843183">
    <w:abstractNumId w:val="2"/>
  </w:num>
  <w:num w:numId="8" w16cid:durableId="1702316527">
    <w:abstractNumId w:val="1"/>
  </w:num>
  <w:num w:numId="9" w16cid:durableId="1707562632">
    <w:abstractNumId w:val="0"/>
  </w:num>
  <w:num w:numId="10" w16cid:durableId="15319959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F23"/>
    <w:rsid w:val="0015074B"/>
    <w:rsid w:val="00207996"/>
    <w:rsid w:val="0029639D"/>
    <w:rsid w:val="00326F90"/>
    <w:rsid w:val="00575D96"/>
    <w:rsid w:val="00887727"/>
    <w:rsid w:val="008C26DF"/>
    <w:rsid w:val="009377B9"/>
    <w:rsid w:val="0095744E"/>
    <w:rsid w:val="00AA1D8D"/>
    <w:rsid w:val="00B47730"/>
    <w:rsid w:val="00CB0664"/>
    <w:rsid w:val="00CC2CE0"/>
    <w:rsid w:val="00D9106F"/>
    <w:rsid w:val="00EB4B86"/>
    <w:rsid w:val="00F56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7CAF0"/>
  <w14:defaultImageDpi w14:val="300"/>
  <w15:docId w15:val="{C796117D-49E8-4860-94C0-CD1FD902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3F2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3F2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3F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Grobel</cp:lastModifiedBy>
  <cp:revision>2</cp:revision>
  <dcterms:created xsi:type="dcterms:W3CDTF">2025-07-22T12:13:00Z</dcterms:created>
  <dcterms:modified xsi:type="dcterms:W3CDTF">2025-07-22T12:13:00Z</dcterms:modified>
  <cp:category/>
</cp:coreProperties>
</file>